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12 זכויות של ילדים מתוך החפיסה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זכות לדוגמה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זכות לבין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הזכות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לשם ולזהות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זכות מתוך משפחת ההתפתחות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ילד זכאי לשם ולזהות משלו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(לשמור על הגוף - לאכול, לשתות ולנוח)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(להגיע לבית הספר וללמוד בשקידה)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(לתת גם לחברים זמן לשחק ולנוח)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הזכות ודוגמה מציאותית מהחיים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זכות מדויק מתוך 12 הזכויות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- מה מגיע לי, אחריות - מה אני עושה כדי שגם לאחרים יהיה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ורלוונטית מחיי היומיום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הפנטומימה: תלמיד מציג זכות בלי מילים והכיתה מנחשת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מילוי הדף כדאי לשלוף קלפים אמיתיים ולהציג אותם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המיון יכול לשמש כפתיחה - לסדר קלפים לפי חשיבות ולדון בנימוקים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בחפיסת הקלפים יש 12 זכויות, שלוש מכל משפחה: הישרדות ובריאות, הגנה, התפתחות והשתתפות. בדף הזה נתרגל להכיר כל זכות ולחשוב מה האחריות שלנו כלפיה.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חינוך  ·  שם  ·  חיים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זכות מתארת קבלת טיפול רפואי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לחיים ולבריאות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זכות קשורה לקבלת שם ותעודת 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הזכות לשם ולזהות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הזכות לשוויון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למשחק ולמנוחה אומרת שילדים צריכים גם לנוח וגם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הזכות לשם ולזהות קשורה לקבלת שם ותעודת זהות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הזכות ל__________ ולבריאות אומרת שמגיע לנו טיפול כשאנחנו 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הזכות ל__________ אומרת שלכל ילד מגיע שם ותעודת זהות משלו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הזכות ל__________ אומרת שלכל ילד מגיע ללמוד בבית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הזכות לחיים ולבריאות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לתת גם לחברים זמן לשחק ולנוח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לשמור על הגוף - לאכול, לשתות ולנוח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הזכות למשחק ולמנוחה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להגיע לבית הספר וללמוד בשקידה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מתוך 12 הזכויות בחפיסה וכתבו דוגמה מהחיים שלכם שבה ראיתם או חוויתם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זכות אחת מתוך 12 הזכויות בחפיסה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קלפי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