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🧒 יום זכויות הילד – כל הזכויות שלי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חפיסת קלפי הזכויות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12 זכויות של ילדים מתוך החפיסה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לקשר בין כל זכות לדוגמה מהחיים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להבין את הקשר בין זכות לבין אחריות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עולים חדשים – מילון מילים בראש הדף, משפטים קצרים ושפה פשוטה. אפשר לאפשר מילון אישי ועבודה בזוגות.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בחירה נכונה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הזכות לחיים ולבריאות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 – הזכות לשם ולזהות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הזכות לשוויון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א – הזכות להיות ילד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ב – הזכות להביע דעה ולהישמע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א – הזכות לפרטיות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זו זכות מתוך משפחת ההתפתחות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כל ילד זכאי לשם ולזהות משלו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לא נכון – הזכות לפרטיות מאפשרת לשמור דברים אישיים לעצמנו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לא נכון – החינוך כולל גם למידה, תרבות והתפתחות אישית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נכון – זו זכות בסיסית מתוך משפחת ההשתתפות וההגנה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לא נכון – מבוגרים אחראים להגן על הילדים מפני פגיעה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השלמת מילה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חיים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שם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מזיקה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חינוך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דעה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שוויון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זכות ואחריות - התאמה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ה (לשמור על הגוף - לאכול, לשתות ולנוח)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ב (להגיע לבית הספר וללמוד בשקידה)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ד (לתת גם לחברים זמן לשחק ולנוח)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א (להתייחס בכבוד לכל הילדים בלי קשר למוצא)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ג (לא לקרוא הודעות של מישהו אחר בלי רשות)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כתיבה ומחשבה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תשובה אישית הכוללת שם הזכות ודוגמה מציאותית מהחיים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תשובה הכוללת זכות ברורה ופעולה מעשית התואמת לה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שם זכות מדויק מתוך 12 הזכויות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זכות - מה מגיע לי, אחריות - מה אני עושה כדי שגם לאחרים יהיה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דוגמה קונקרטית ורלוונטית מחיי היומיום בכיתה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לשחק במשחק הפנטומימה: תלמיד מציג זכות בלי מילים והכיתה מנחשת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לפני מילוי הדף כדאי לשלוף קלפים אמיתיים ולהציג אותם לכיתה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משחק המיון יכול לשמש כפתיחה - לסדר קלפים לפי חשיבות ולדון בנימוקים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🧒 יום זכויות הילד – כל הזכויות שלי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חפיסת קלפי הזכויות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יש 12 קלפים של זכויות ילדים. בדף הזה נלמד להכיר כל זכות, ולחשוב מה אנחנו עושים כדי שגם לאחרים תהיה אותה זכות.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📖 מילון קטן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זכות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דבר שמגיע לכל ילד וילדה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אחריות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מה שאני עושה כדי שגם לאחרים תהיה אותה זכות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הישרדות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הדברים הבסיסיים שצריך כדי לחיות: אוכל, מים, בריאות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הגנה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לשמור על הילד מפני פגיעה או סכנה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פרטיות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דברים אישיים ששומרים לעצמנו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אפליה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יחס לא שווה בגלל מוצא, דת או מין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זהות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מי אני: שם, משפחה, מוצא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מסורת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מנהגים ותרבות שעוברים במשפחה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בחירה נכונה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איזו זכות קשורה לבריאות ולטיפול כשחולים?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הזכות לחינוך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הזכות לחיים ולבריאות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הזכות לפרטיות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הזכות למשחק ולמנוחה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איזו זכות קשורה לשם של הילד?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הזכות לשם ולזהות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הזכות לביטחון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הזכות לשוויון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הזכות לבית ולמשפחה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איזו זכות אומרת שצריך להתייחס לכולם באותה צורה?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הזכות לפרטיות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הזכות לשוויון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הזכות לתרבות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הזכות לחינוך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איזו זכות אומרת שילד לא צריך לעבוד עבודה קשה?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הזכות להיות ילד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הזכות לבית ולמשפחה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הזכות לביטחון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הזכות לשפה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איזו זכות אומרת שאפשר להגיד מה שחושבים?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הזכות לחינוך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הזכות להביע דעה ולהישמע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הזכות למשחק ולמנוחה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הזכות לפרטיות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6. איזו זכות אומרת שמותר לשמור דברים לעצמנו?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הזכות לפרטיות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הזכות לשוויון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הזכות לתרבות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הזכות לחיים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הזכות למשחק ולמנוחה אומרת שילדים צריכים גם לנוח וגם לשחק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הזכות לשם ולזהות קשורה לקבלת שם ותעודת זהות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הזכות לפרטיות אומרת שכל ילד חייב לספר הכל להורים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הזכות לחינוך כוללת רק לימוד קריאה וכתיבה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הזכות לשוויון אומרת שאסור להפלות ילד בגלל מוצא, דת או מין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6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הזכות לביטחון ולהגנה מפגיעה אומרת שהילד צריך להגן על עצמו לבד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השלמת מילה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הזכות ל__________ ולבריאות אומרת שמגיע לנו טיפול כשאנחנו חולים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הזכות ל__________ אומרת שלכל ילד מגיע שם ותעודת זהות משלו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הזכות להיות ילד אומרת שאסור להעסיק ילדים בעבודה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הזכות ל__________ אומרת שלכל ילד מגיע ללמוד בבית ספר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הזכות להביע __________ ולהישמע אומרת שהדעה של הילד חשובה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6. הזכות ל__________ אומרת שאסור להפלות ילד בגלל מוצא או דת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זכות ואחריות - התאמה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הזכות לחיים ולבריאות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להתייחס בכבוד לכל הילדים בלי קשר למוצא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הזכות לחינוך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להגיע לבית הספר וללמוד בשקידה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הזכות למשחק ולמנוחה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לא לקרוא הודעות של מישהו אחר בלי רשות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הזכות לשוויון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לתת גם לחברים זמן לשחק ולנוח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הזכות לפרטיות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לשמור על הגוף - לאכול, לשתות ולנוח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כתיבה ומחשבה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בחרו זכות אחת מתוך 12 הזכויות בחפיסה וכתבו דוגמה מהחיים שלכם שבה ראיתם או חוויתם אותה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כתבו זכות אחת, ולידה את האחריות שלכם כדי שגם לילדים אחרים תהיה אותה זכות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ציינו זכות אחת מתוך 12 הזכויות בחפיסה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ההבדל בין זכות לאחריות?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תנו דוגמה אחת לזכות שראיתם היום בכיתה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חפיסת קלפי הזכויות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