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חפיסת קלפי הזכויות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12 זכויות של ילדים מתוך החפיסה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כל זכות לדוגמה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הקשר בין זכות לבין 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הזכות לחיים ולבריאות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הזכות לשם ולזהות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הזכות לשוויון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הזכות להיות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הזכות להביע דעה ולהישמע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הזכות לפרטיות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זכות מתוך משפחת ההתפתחות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כל ילד זכאי לשם ולזהות משלו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הזכות לפרטיות מאפשרת לשמור דברים אישיים לעצמנו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החינוך כולל גם למידה, תרבות והתפתחות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זכות בסיסית מתוך משפחת ההשתתפות וההגנה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מבוגרים אחראים להגן על הילדים מפני פגיעה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מזיקה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חינוך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שוויון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זכות ואחריות -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(לשמור על הגוף - לאכול, לשתות ולנוח)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(להגיע לבית הספר וללמוד בשקידה)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(לתת גם לחברים זמן לשחק ולנוח)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(להתייחס בכבוד לכל הילדים בלי קשר למוצא)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(לא לקרוא הודעות של מישהו אחר בלי רשות)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שם הזכות ודוגמה מציאותית מהחיים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הכוללת זכות ברורה ופעולה מעשית התואמת 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זכות מדויק מתוך 12 הזכויות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זכות - מה מגיע לי, אחריות - מה אני עושה כדי שגם לאחרים יהיה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קונקרטית ורלוונטית מחיי היומיום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במשחק הפנטומימה: תלמיד מציג זכות בלי מילים והכיתה מנחשת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מילוי הדף כדאי לשלוף קלפים אמיתיים ולהציג אותם לכיתה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משחק המיון יכול לשמש כפתיחה - לסדר קלפים לפי חשיבות ולדון בנימוקים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חפיסת קלפי הזכויות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בחפיסת הקלפים יש 12 זכויות, שלוש מכל משפחה: הישרדות ובריאות, הגנה, התפתחות והשתתפות. בדף הזה נתרגל להכיר כל זכות ולחשוב מה האחריות שלנו כלפיה.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זכות מתארת קבלת טיפול רפואי כשחולים?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הזכות לחינוך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הזכות לחיים ולבריאות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הזכות לפרטיות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הזכות למשחק ולמנוחה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זכות קשורה לקבלת שם ותעודת זהות?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הזכות לשם ולזהות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הזכות לביטחון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הזכות לשוויון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הזכות לבית ולמשפחה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זכות אומרת שאסור להפלות ילד בגלל מוצא או דת?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הזכות לפרטיות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הזכות לשוויון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הזכות לתרבות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הזכות לחינוך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זכות מגנה על הילד מפני עבודה מזיקה?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הזכות להיות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הזכות לבית ולמשפחה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הזכות לביטחון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הזכות לשפה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זכות מאפשרת לילד להביע את דעתו?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הזכות לחינוך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הזכות להביע דעה ולהישמע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הזכות למשחק ולמנוחה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הזכות לפרטיות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זכות קשורה לשמירה על מידע אישי?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הזכות לפרטיות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הזכות לשוויון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הזכות לתרבות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הזכות לחיים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למשחק ולמנוחה אומרת שילדים צריכים גם לנוח וגם לשחק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לשם ולזהות קשורה לקבלת שם ותעודת זהות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לפרטיות אומרת שכל ילד חייב לספר הכל להורים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לחינוך כוללת רק לימוד קריאה וכתיבה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לשוויון אומרת שאסור להפלות ילד בגלל מוצא, דת או מין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לביטחון ולהגנה מפגיעה אומרת שהילד צריך להגן על עצמו 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הזכות ל__________ ולבריאות אומרת שמגיע לנו טיפול כשאנחנו חולים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הזכות ל__________ אומרת שלכל ילד מגיע שם ותעודת זהות משלו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הזכות להיות ילד אומרת שאסור להעסיק ילדים בעבודה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הזכות ל__________ אומרת שלכל ילד מגיע ללמוד בבית 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הזכות להביע __________ ולהישמע אומרת שהדעה של הילד חשובה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הזכות ל__________ אומרת שאסור להפלות ילד בגלל מוצא או דת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זכות ואחריות -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הזכות לחיים ולבריאות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להגיע לבית הספר וללמוד בשקידה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הזכות לחינוך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לתת גם לחברים זמן לשחק ולנוח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הזכות למשחק ולמנוחה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להתייחס בכבוד לכל הילדים בלי קשר למוצא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הזכות לשוויון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לא לקרוא הודעות של מישהו אחר בלי רשות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הזכות לפרטיות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לשמור על הגוף - לאכול, לשתות ולנוח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זכות אחת מתוך 12 הזכויות בחפיסה וכתבו דוגמה מהחיים שלכם שבה ראיתם או חוויתם אותה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זכות אחת, ולידה את האחריות שלכם כדי שגם לילדים אחרים תהיה אותה זכות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זכות אחת מתוך 12 הזכויות בחפיסה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זכות לאחריות?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לזכות שראיתם היום בכיתה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חפיסת קלפי הזכויות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